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D70DB" w14:textId="77777777" w:rsidR="008C10DE" w:rsidRDefault="00000000">
      <w:pPr>
        <w:jc w:val="center"/>
      </w:pPr>
      <w:r>
        <w:rPr>
          <w:b/>
          <w:sz w:val="40"/>
        </w:rPr>
        <w:t>AANVRAAGFORMULIER</w:t>
      </w:r>
    </w:p>
    <w:p w14:paraId="411F3662" w14:textId="77777777" w:rsidR="008C10DE" w:rsidRDefault="00000000">
      <w:pPr>
        <w:spacing w:after="200"/>
        <w:jc w:val="center"/>
      </w:pPr>
      <w:r>
        <w:rPr>
          <w:i/>
          <w:sz w:val="22"/>
        </w:rPr>
        <w:t>Bijdrage aan projecten / goede doelen</w:t>
      </w:r>
    </w:p>
    <w:p w14:paraId="6576299D" w14:textId="77777777" w:rsidR="008C10DE" w:rsidRDefault="00000000">
      <w:pPr>
        <w:jc w:val="center"/>
      </w:pPr>
      <w:r>
        <w:t>Gelieve dit formulier zo volledig mogelijk in te vullen. Het helpt ons om uw aanvraag zorgvuldig en snel te behandelen.</w:t>
      </w:r>
    </w:p>
    <w:p w14:paraId="012747FA" w14:textId="0585CDE2" w:rsidR="008C10DE" w:rsidRDefault="00000000">
      <w:pPr>
        <w:spacing w:before="160"/>
      </w:pPr>
      <w:r>
        <w:rPr>
          <w:b/>
          <w:sz w:val="22"/>
        </w:rPr>
        <w:t>1</w:t>
      </w:r>
      <w:proofErr w:type="gramStart"/>
      <w:r w:rsidR="0068574E">
        <w:rPr>
          <w:b/>
          <w:sz w:val="22"/>
        </w:rPr>
        <w:t>.</w:t>
      </w:r>
      <w:r>
        <w:rPr>
          <w:b/>
          <w:sz w:val="22"/>
        </w:rPr>
        <w:t xml:space="preserve">  GEGEVENS</w:t>
      </w:r>
      <w:proofErr w:type="gramEnd"/>
      <w:r>
        <w:rPr>
          <w:b/>
          <w:sz w:val="22"/>
        </w:rPr>
        <w:t xml:space="preserve"> AANVRAGER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85"/>
        <w:gridCol w:w="5185"/>
      </w:tblGrid>
      <w:tr w:rsidR="008C10DE" w14:paraId="7E816A1D" w14:textId="77777777">
        <w:tc>
          <w:tcPr>
            <w:tcW w:w="5185" w:type="dxa"/>
            <w:tcMar>
              <w:top w:w="40" w:type="dxa"/>
              <w:left w:w="0" w:type="dxa"/>
              <w:bottom w:w="80" w:type="dxa"/>
              <w:right w:w="80" w:type="dxa"/>
            </w:tcMar>
          </w:tcPr>
          <w:p w14:paraId="5B00F06D" w14:textId="77777777" w:rsidR="008C10DE" w:rsidRDefault="00000000">
            <w:r>
              <w:rPr>
                <w:b/>
              </w:rPr>
              <w:t>Naam organisatie:</w:t>
            </w:r>
          </w:p>
        </w:tc>
        <w:tc>
          <w:tcPr>
            <w:tcW w:w="5185" w:type="dxa"/>
            <w:tcBorders>
              <w:bottom w:val="single" w:sz="6" w:space="0" w:color="A6A6A6"/>
            </w:tcBorders>
            <w:tcMar>
              <w:top w:w="40" w:type="dxa"/>
              <w:left w:w="0" w:type="dxa"/>
              <w:bottom w:w="80" w:type="dxa"/>
              <w:right w:w="80" w:type="dxa"/>
            </w:tcMar>
          </w:tcPr>
          <w:p w14:paraId="4E145EB0" w14:textId="77777777" w:rsidR="008C10DE" w:rsidRDefault="00000000">
            <w:r>
              <w:t xml:space="preserve"> </w:t>
            </w:r>
          </w:p>
        </w:tc>
      </w:tr>
      <w:tr w:rsidR="008C10DE" w14:paraId="6DAFCE77" w14:textId="77777777">
        <w:tc>
          <w:tcPr>
            <w:tcW w:w="5185" w:type="dxa"/>
            <w:tcMar>
              <w:top w:w="40" w:type="dxa"/>
              <w:left w:w="0" w:type="dxa"/>
              <w:bottom w:w="80" w:type="dxa"/>
              <w:right w:w="80" w:type="dxa"/>
            </w:tcMar>
          </w:tcPr>
          <w:p w14:paraId="45D0D51E" w14:textId="77777777" w:rsidR="008C10DE" w:rsidRDefault="00000000">
            <w:r>
              <w:rPr>
                <w:b/>
              </w:rPr>
              <w:t>Contactpersoon:</w:t>
            </w:r>
          </w:p>
        </w:tc>
        <w:tc>
          <w:tcPr>
            <w:tcW w:w="5185" w:type="dxa"/>
            <w:tcBorders>
              <w:bottom w:val="single" w:sz="6" w:space="0" w:color="A6A6A6"/>
            </w:tcBorders>
            <w:tcMar>
              <w:top w:w="40" w:type="dxa"/>
              <w:left w:w="0" w:type="dxa"/>
              <w:bottom w:w="80" w:type="dxa"/>
              <w:right w:w="80" w:type="dxa"/>
            </w:tcMar>
          </w:tcPr>
          <w:p w14:paraId="778CC007" w14:textId="77777777" w:rsidR="008C10DE" w:rsidRDefault="00000000">
            <w:r>
              <w:t xml:space="preserve"> </w:t>
            </w:r>
          </w:p>
        </w:tc>
      </w:tr>
      <w:tr w:rsidR="008C10DE" w14:paraId="30695BA6" w14:textId="77777777">
        <w:tc>
          <w:tcPr>
            <w:tcW w:w="5185" w:type="dxa"/>
            <w:tcMar>
              <w:top w:w="40" w:type="dxa"/>
              <w:left w:w="0" w:type="dxa"/>
              <w:bottom w:w="80" w:type="dxa"/>
              <w:right w:w="80" w:type="dxa"/>
            </w:tcMar>
          </w:tcPr>
          <w:p w14:paraId="0C90AA3D" w14:textId="77777777" w:rsidR="008C10DE" w:rsidRDefault="00000000">
            <w:r>
              <w:rPr>
                <w:b/>
              </w:rPr>
              <w:t>Adres:</w:t>
            </w:r>
          </w:p>
        </w:tc>
        <w:tc>
          <w:tcPr>
            <w:tcW w:w="5185" w:type="dxa"/>
            <w:tcBorders>
              <w:bottom w:val="single" w:sz="6" w:space="0" w:color="A6A6A6"/>
            </w:tcBorders>
            <w:tcMar>
              <w:top w:w="40" w:type="dxa"/>
              <w:left w:w="0" w:type="dxa"/>
              <w:bottom w:w="80" w:type="dxa"/>
              <w:right w:w="80" w:type="dxa"/>
            </w:tcMar>
          </w:tcPr>
          <w:p w14:paraId="24DF9524" w14:textId="77777777" w:rsidR="008C10DE" w:rsidRDefault="00000000">
            <w:r>
              <w:t xml:space="preserve"> </w:t>
            </w:r>
          </w:p>
        </w:tc>
      </w:tr>
      <w:tr w:rsidR="008C10DE" w14:paraId="71DED7A1" w14:textId="77777777">
        <w:tc>
          <w:tcPr>
            <w:tcW w:w="5185" w:type="dxa"/>
            <w:tcMar>
              <w:top w:w="40" w:type="dxa"/>
              <w:left w:w="0" w:type="dxa"/>
              <w:bottom w:w="80" w:type="dxa"/>
              <w:right w:w="80" w:type="dxa"/>
            </w:tcMar>
          </w:tcPr>
          <w:p w14:paraId="54EDB36A" w14:textId="77777777" w:rsidR="008C10DE" w:rsidRDefault="00000000">
            <w:r>
              <w:rPr>
                <w:b/>
              </w:rPr>
              <w:t>E-mail:</w:t>
            </w:r>
          </w:p>
        </w:tc>
        <w:tc>
          <w:tcPr>
            <w:tcW w:w="5185" w:type="dxa"/>
            <w:tcBorders>
              <w:bottom w:val="single" w:sz="6" w:space="0" w:color="A6A6A6"/>
            </w:tcBorders>
            <w:tcMar>
              <w:top w:w="40" w:type="dxa"/>
              <w:left w:w="0" w:type="dxa"/>
              <w:bottom w:w="80" w:type="dxa"/>
              <w:right w:w="80" w:type="dxa"/>
            </w:tcMar>
          </w:tcPr>
          <w:p w14:paraId="3E08C79E" w14:textId="77777777" w:rsidR="008C10DE" w:rsidRDefault="00000000">
            <w:r>
              <w:t xml:space="preserve"> </w:t>
            </w:r>
          </w:p>
        </w:tc>
      </w:tr>
      <w:tr w:rsidR="008C10DE" w14:paraId="358A4D22" w14:textId="77777777">
        <w:tc>
          <w:tcPr>
            <w:tcW w:w="5185" w:type="dxa"/>
            <w:tcMar>
              <w:top w:w="40" w:type="dxa"/>
              <w:left w:w="0" w:type="dxa"/>
              <w:bottom w:w="80" w:type="dxa"/>
              <w:right w:w="80" w:type="dxa"/>
            </w:tcMar>
          </w:tcPr>
          <w:p w14:paraId="0D033686" w14:textId="77777777" w:rsidR="008C10DE" w:rsidRDefault="00000000">
            <w:r>
              <w:rPr>
                <w:b/>
              </w:rPr>
              <w:t>Telefoonnummer:</w:t>
            </w:r>
          </w:p>
        </w:tc>
        <w:tc>
          <w:tcPr>
            <w:tcW w:w="5185" w:type="dxa"/>
            <w:tcBorders>
              <w:bottom w:val="single" w:sz="6" w:space="0" w:color="A6A6A6"/>
            </w:tcBorders>
            <w:tcMar>
              <w:top w:w="40" w:type="dxa"/>
              <w:left w:w="0" w:type="dxa"/>
              <w:bottom w:w="80" w:type="dxa"/>
              <w:right w:w="80" w:type="dxa"/>
            </w:tcMar>
          </w:tcPr>
          <w:p w14:paraId="4F4F700C" w14:textId="77777777" w:rsidR="008C10DE" w:rsidRDefault="00000000">
            <w:r>
              <w:t xml:space="preserve"> </w:t>
            </w:r>
          </w:p>
        </w:tc>
      </w:tr>
      <w:tr w:rsidR="008C10DE" w14:paraId="562FDA0F" w14:textId="77777777">
        <w:tc>
          <w:tcPr>
            <w:tcW w:w="5185" w:type="dxa"/>
            <w:tcMar>
              <w:top w:w="40" w:type="dxa"/>
              <w:left w:w="0" w:type="dxa"/>
              <w:bottom w:w="80" w:type="dxa"/>
              <w:right w:w="80" w:type="dxa"/>
            </w:tcMar>
          </w:tcPr>
          <w:p w14:paraId="15BDE3DA" w14:textId="77777777" w:rsidR="008C10DE" w:rsidRDefault="00000000">
            <w:r>
              <w:rPr>
                <w:b/>
              </w:rPr>
              <w:t>Website (indien van toepassing):</w:t>
            </w:r>
          </w:p>
        </w:tc>
        <w:tc>
          <w:tcPr>
            <w:tcW w:w="5185" w:type="dxa"/>
            <w:tcBorders>
              <w:bottom w:val="single" w:sz="6" w:space="0" w:color="A6A6A6"/>
            </w:tcBorders>
            <w:tcMar>
              <w:top w:w="40" w:type="dxa"/>
              <w:left w:w="0" w:type="dxa"/>
              <w:bottom w:w="80" w:type="dxa"/>
              <w:right w:w="80" w:type="dxa"/>
            </w:tcMar>
          </w:tcPr>
          <w:p w14:paraId="30DAD526" w14:textId="77777777" w:rsidR="008C10DE" w:rsidRDefault="00000000">
            <w:r>
              <w:t xml:space="preserve"> </w:t>
            </w:r>
          </w:p>
        </w:tc>
      </w:tr>
      <w:tr w:rsidR="008C10DE" w14:paraId="0C0F108A" w14:textId="77777777">
        <w:tc>
          <w:tcPr>
            <w:tcW w:w="5185" w:type="dxa"/>
            <w:tcMar>
              <w:top w:w="40" w:type="dxa"/>
              <w:left w:w="0" w:type="dxa"/>
              <w:bottom w:w="80" w:type="dxa"/>
              <w:right w:w="80" w:type="dxa"/>
            </w:tcMar>
          </w:tcPr>
          <w:p w14:paraId="04CD67B1" w14:textId="77777777" w:rsidR="008C10DE" w:rsidRDefault="00000000">
            <w:r>
              <w:rPr>
                <w:b/>
              </w:rPr>
              <w:t>KvK-nummer (indien van toepassing):</w:t>
            </w:r>
          </w:p>
        </w:tc>
        <w:tc>
          <w:tcPr>
            <w:tcW w:w="5185" w:type="dxa"/>
            <w:tcBorders>
              <w:bottom w:val="single" w:sz="6" w:space="0" w:color="A6A6A6"/>
            </w:tcBorders>
            <w:tcMar>
              <w:top w:w="40" w:type="dxa"/>
              <w:left w:w="0" w:type="dxa"/>
              <w:bottom w:w="80" w:type="dxa"/>
              <w:right w:w="80" w:type="dxa"/>
            </w:tcMar>
          </w:tcPr>
          <w:p w14:paraId="570F968A" w14:textId="77777777" w:rsidR="008C10DE" w:rsidRDefault="00000000">
            <w:r>
              <w:t xml:space="preserve"> </w:t>
            </w:r>
          </w:p>
        </w:tc>
      </w:tr>
      <w:tr w:rsidR="008C10DE" w14:paraId="38660E0E" w14:textId="77777777">
        <w:tc>
          <w:tcPr>
            <w:tcW w:w="5185" w:type="dxa"/>
            <w:tcMar>
              <w:top w:w="40" w:type="dxa"/>
              <w:left w:w="0" w:type="dxa"/>
              <w:bottom w:w="80" w:type="dxa"/>
              <w:right w:w="80" w:type="dxa"/>
            </w:tcMar>
          </w:tcPr>
          <w:p w14:paraId="38FA40E5" w14:textId="77777777" w:rsidR="008C10DE" w:rsidRDefault="00000000">
            <w:r>
              <w:rPr>
                <w:b/>
              </w:rPr>
              <w:t>Rekeningnummer:</w:t>
            </w:r>
          </w:p>
        </w:tc>
        <w:tc>
          <w:tcPr>
            <w:tcW w:w="5185" w:type="dxa"/>
            <w:tcBorders>
              <w:bottom w:val="single" w:sz="6" w:space="0" w:color="A6A6A6"/>
            </w:tcBorders>
            <w:tcMar>
              <w:top w:w="40" w:type="dxa"/>
              <w:left w:w="0" w:type="dxa"/>
              <w:bottom w:w="80" w:type="dxa"/>
              <w:right w:w="80" w:type="dxa"/>
            </w:tcMar>
          </w:tcPr>
          <w:p w14:paraId="739864F5" w14:textId="77777777" w:rsidR="008C10DE" w:rsidRDefault="00000000">
            <w:r>
              <w:t xml:space="preserve"> </w:t>
            </w:r>
          </w:p>
        </w:tc>
      </w:tr>
    </w:tbl>
    <w:p w14:paraId="3E35FD16" w14:textId="79381B48" w:rsidR="008C10DE" w:rsidRDefault="00000000">
      <w:pPr>
        <w:spacing w:before="180"/>
      </w:pPr>
      <w:r>
        <w:rPr>
          <w:b/>
          <w:sz w:val="22"/>
        </w:rPr>
        <w:t>2</w:t>
      </w:r>
      <w:proofErr w:type="gramStart"/>
      <w:r w:rsidR="0068574E">
        <w:rPr>
          <w:b/>
          <w:sz w:val="22"/>
        </w:rPr>
        <w:t>.</w:t>
      </w:r>
      <w:r>
        <w:rPr>
          <w:b/>
          <w:sz w:val="22"/>
        </w:rPr>
        <w:t xml:space="preserve">  OVER</w:t>
      </w:r>
      <w:proofErr w:type="gramEnd"/>
      <w:r>
        <w:rPr>
          <w:b/>
          <w:sz w:val="22"/>
        </w:rPr>
        <w:t xml:space="preserve"> DE ORGANISATIE</w:t>
      </w:r>
    </w:p>
    <w:p w14:paraId="383B1234" w14:textId="77777777" w:rsidR="008C10DE" w:rsidRDefault="00000000">
      <w:pPr>
        <w:spacing w:after="20"/>
      </w:pPr>
      <w:r>
        <w:rPr>
          <w:b/>
        </w:rPr>
        <w:t>Missie van de organisatie</w:t>
      </w:r>
      <w:r>
        <w:rPr>
          <w:i/>
          <w:sz w:val="16"/>
        </w:rPr>
        <w:t xml:space="preserve">  Korte beschrijving van de doelen en activiteiten van de organisatie.</w:t>
      </w:r>
    </w:p>
    <w:tbl>
      <w:tblPr>
        <w:tblW w:w="0" w:type="auto"/>
        <w:tblBorders>
          <w:top w:val="single" w:sz="4" w:space="0" w:color="C5C5C5"/>
          <w:left w:val="single" w:sz="4" w:space="0" w:color="C5C5C5"/>
          <w:bottom w:val="single" w:sz="4" w:space="0" w:color="C5C5C5"/>
          <w:right w:val="single" w:sz="4" w:space="0" w:color="C5C5C5"/>
          <w:insideH w:val="single" w:sz="4" w:space="0" w:color="C5C5C5"/>
          <w:insideV w:val="single" w:sz="4" w:space="0" w:color="C5C5C5"/>
        </w:tblBorders>
        <w:tblLook w:val="04A0" w:firstRow="1" w:lastRow="0" w:firstColumn="1" w:lastColumn="0" w:noHBand="0" w:noVBand="1"/>
      </w:tblPr>
      <w:tblGrid>
        <w:gridCol w:w="4680"/>
        <w:gridCol w:w="4538"/>
        <w:gridCol w:w="1312"/>
      </w:tblGrid>
      <w:tr w:rsidR="008C10DE" w14:paraId="32721031" w14:textId="77777777">
        <w:trPr>
          <w:trHeight w:val="272"/>
        </w:trPr>
        <w:tc>
          <w:tcPr>
            <w:tcW w:w="10370" w:type="dxa"/>
            <w:gridSpan w:val="3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D362D3B" w14:textId="77777777" w:rsidR="008C10DE" w:rsidRDefault="008C10DE"/>
        </w:tc>
      </w:tr>
      <w:tr w:rsidR="008C10DE" w14:paraId="32E8F933" w14:textId="77777777">
        <w:trPr>
          <w:trHeight w:val="272"/>
        </w:trPr>
        <w:tc>
          <w:tcPr>
            <w:tcW w:w="10370" w:type="dxa"/>
            <w:gridSpan w:val="3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CE406E2" w14:textId="77777777" w:rsidR="008C10DE" w:rsidRDefault="008C10DE"/>
        </w:tc>
      </w:tr>
      <w:tr w:rsidR="008C10DE" w14:paraId="38F351FF" w14:textId="77777777">
        <w:trPr>
          <w:trHeight w:val="272"/>
        </w:trPr>
        <w:tc>
          <w:tcPr>
            <w:tcW w:w="10370" w:type="dxa"/>
            <w:gridSpan w:val="3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EACDEFD" w14:textId="77777777" w:rsidR="008C10DE" w:rsidRDefault="008C10DE"/>
        </w:tc>
      </w:tr>
      <w:tr w:rsidR="008C10DE" w14:paraId="314CFC13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02" w:type="dxa"/>
        </w:trPr>
        <w:tc>
          <w:tcPr>
            <w:tcW w:w="5185" w:type="dxa"/>
            <w:tcMar>
              <w:top w:w="40" w:type="dxa"/>
              <w:left w:w="0" w:type="dxa"/>
              <w:bottom w:w="80" w:type="dxa"/>
              <w:right w:w="80" w:type="dxa"/>
            </w:tcMar>
          </w:tcPr>
          <w:p w14:paraId="699D856A" w14:textId="77777777" w:rsidR="008C10DE" w:rsidRDefault="00000000" w:rsidP="0068574E">
            <w:pPr>
              <w:spacing w:before="240"/>
            </w:pPr>
            <w:r>
              <w:rPr>
                <w:b/>
              </w:rPr>
              <w:t>Aantal medewerkers en vrijwilligers:</w:t>
            </w:r>
          </w:p>
        </w:tc>
        <w:tc>
          <w:tcPr>
            <w:tcW w:w="5185" w:type="dxa"/>
            <w:tcBorders>
              <w:bottom w:val="single" w:sz="6" w:space="0" w:color="A6A6A6"/>
            </w:tcBorders>
            <w:tcMar>
              <w:top w:w="40" w:type="dxa"/>
              <w:left w:w="0" w:type="dxa"/>
              <w:bottom w:w="80" w:type="dxa"/>
              <w:right w:w="80" w:type="dxa"/>
            </w:tcMar>
          </w:tcPr>
          <w:p w14:paraId="5B143548" w14:textId="77777777" w:rsidR="008C10DE" w:rsidRDefault="00000000">
            <w:r>
              <w:t xml:space="preserve"> </w:t>
            </w:r>
          </w:p>
        </w:tc>
      </w:tr>
    </w:tbl>
    <w:p w14:paraId="716F3479" w14:textId="787BA498" w:rsidR="008C10DE" w:rsidRDefault="00000000">
      <w:pPr>
        <w:spacing w:before="180"/>
      </w:pPr>
      <w:r>
        <w:rPr>
          <w:b/>
          <w:sz w:val="22"/>
        </w:rPr>
        <w:t>3</w:t>
      </w:r>
      <w:proofErr w:type="gramStart"/>
      <w:r w:rsidR="0068574E">
        <w:rPr>
          <w:b/>
          <w:sz w:val="22"/>
        </w:rPr>
        <w:t>.</w:t>
      </w:r>
      <w:r>
        <w:rPr>
          <w:b/>
          <w:sz w:val="22"/>
        </w:rPr>
        <w:t xml:space="preserve">  GEGEVENS</w:t>
      </w:r>
      <w:proofErr w:type="gramEnd"/>
      <w:r>
        <w:rPr>
          <w:b/>
          <w:sz w:val="22"/>
        </w:rPr>
        <w:t xml:space="preserve"> PROJECT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85"/>
        <w:gridCol w:w="5185"/>
      </w:tblGrid>
      <w:tr w:rsidR="008C10DE" w14:paraId="5123D967" w14:textId="77777777">
        <w:tc>
          <w:tcPr>
            <w:tcW w:w="5185" w:type="dxa"/>
            <w:tcMar>
              <w:top w:w="40" w:type="dxa"/>
              <w:left w:w="0" w:type="dxa"/>
              <w:bottom w:w="80" w:type="dxa"/>
              <w:right w:w="80" w:type="dxa"/>
            </w:tcMar>
          </w:tcPr>
          <w:p w14:paraId="523D026A" w14:textId="77777777" w:rsidR="008C10DE" w:rsidRDefault="00000000" w:rsidP="0068574E">
            <w:pPr>
              <w:spacing w:before="240"/>
            </w:pPr>
            <w:r>
              <w:rPr>
                <w:b/>
              </w:rPr>
              <w:t>Naam van het project:</w:t>
            </w:r>
          </w:p>
        </w:tc>
        <w:tc>
          <w:tcPr>
            <w:tcW w:w="5185" w:type="dxa"/>
            <w:tcBorders>
              <w:bottom w:val="single" w:sz="6" w:space="0" w:color="A6A6A6"/>
            </w:tcBorders>
            <w:tcMar>
              <w:top w:w="40" w:type="dxa"/>
              <w:left w:w="0" w:type="dxa"/>
              <w:bottom w:w="80" w:type="dxa"/>
              <w:right w:w="80" w:type="dxa"/>
            </w:tcMar>
          </w:tcPr>
          <w:p w14:paraId="09926B1C" w14:textId="77777777" w:rsidR="008C10DE" w:rsidRDefault="00000000">
            <w:r>
              <w:t xml:space="preserve"> </w:t>
            </w:r>
          </w:p>
        </w:tc>
      </w:tr>
      <w:tr w:rsidR="008C10DE" w14:paraId="4BE68B02" w14:textId="77777777">
        <w:tc>
          <w:tcPr>
            <w:tcW w:w="5185" w:type="dxa"/>
            <w:tcMar>
              <w:top w:w="40" w:type="dxa"/>
              <w:left w:w="0" w:type="dxa"/>
              <w:bottom w:w="80" w:type="dxa"/>
              <w:right w:w="80" w:type="dxa"/>
            </w:tcMar>
          </w:tcPr>
          <w:p w14:paraId="67582227" w14:textId="77777777" w:rsidR="008C10DE" w:rsidRDefault="00000000">
            <w:r>
              <w:rPr>
                <w:b/>
              </w:rPr>
              <w:t>Looptijd van het project:</w:t>
            </w:r>
          </w:p>
        </w:tc>
        <w:tc>
          <w:tcPr>
            <w:tcW w:w="5185" w:type="dxa"/>
            <w:tcBorders>
              <w:bottom w:val="single" w:sz="6" w:space="0" w:color="A6A6A6"/>
            </w:tcBorders>
            <w:tcMar>
              <w:top w:w="40" w:type="dxa"/>
              <w:left w:w="0" w:type="dxa"/>
              <w:bottom w:w="80" w:type="dxa"/>
              <w:right w:w="80" w:type="dxa"/>
            </w:tcMar>
          </w:tcPr>
          <w:p w14:paraId="3B2314ED" w14:textId="77777777" w:rsidR="008C10DE" w:rsidRDefault="00000000">
            <w:r>
              <w:t xml:space="preserve"> </w:t>
            </w:r>
          </w:p>
        </w:tc>
      </w:tr>
      <w:tr w:rsidR="008C10DE" w14:paraId="47CA073E" w14:textId="77777777">
        <w:tc>
          <w:tcPr>
            <w:tcW w:w="5185" w:type="dxa"/>
            <w:tcMar>
              <w:top w:w="40" w:type="dxa"/>
              <w:left w:w="0" w:type="dxa"/>
              <w:bottom w:w="80" w:type="dxa"/>
              <w:right w:w="80" w:type="dxa"/>
            </w:tcMar>
          </w:tcPr>
          <w:p w14:paraId="666FAD6E" w14:textId="77777777" w:rsidR="008C10DE" w:rsidRDefault="00000000">
            <w:r>
              <w:rPr>
                <w:b/>
              </w:rPr>
              <w:t>Startdatum en verwachte einddatum:</w:t>
            </w:r>
          </w:p>
        </w:tc>
        <w:tc>
          <w:tcPr>
            <w:tcW w:w="5185" w:type="dxa"/>
            <w:tcBorders>
              <w:bottom w:val="single" w:sz="6" w:space="0" w:color="A6A6A6"/>
            </w:tcBorders>
            <w:tcMar>
              <w:top w:w="40" w:type="dxa"/>
              <w:left w:w="0" w:type="dxa"/>
              <w:bottom w:w="80" w:type="dxa"/>
              <w:right w:w="80" w:type="dxa"/>
            </w:tcMar>
          </w:tcPr>
          <w:p w14:paraId="655D4FC4" w14:textId="77777777" w:rsidR="008C10DE" w:rsidRDefault="00000000">
            <w:r>
              <w:t xml:space="preserve"> </w:t>
            </w:r>
          </w:p>
        </w:tc>
      </w:tr>
    </w:tbl>
    <w:p w14:paraId="2C84A4B9" w14:textId="77777777" w:rsidR="008C10DE" w:rsidRDefault="00000000">
      <w:pPr>
        <w:spacing w:after="20"/>
      </w:pPr>
      <w:r>
        <w:rPr>
          <w:b/>
        </w:rPr>
        <w:t>Doel van het project</w:t>
      </w:r>
      <w:r>
        <w:rPr>
          <w:i/>
          <w:sz w:val="16"/>
        </w:rPr>
        <w:t xml:space="preserve">  Beschrijf het doel en de beoogde resultaten van het project.</w:t>
      </w:r>
    </w:p>
    <w:tbl>
      <w:tblPr>
        <w:tblW w:w="0" w:type="auto"/>
        <w:tblBorders>
          <w:top w:val="single" w:sz="4" w:space="0" w:color="C5C5C5"/>
          <w:left w:val="single" w:sz="4" w:space="0" w:color="C5C5C5"/>
          <w:bottom w:val="single" w:sz="4" w:space="0" w:color="C5C5C5"/>
          <w:right w:val="single" w:sz="4" w:space="0" w:color="C5C5C5"/>
          <w:insideH w:val="single" w:sz="4" w:space="0" w:color="C5C5C5"/>
          <w:insideV w:val="single" w:sz="4" w:space="0" w:color="C5C5C5"/>
        </w:tblBorders>
        <w:tblLook w:val="04A0" w:firstRow="1" w:lastRow="0" w:firstColumn="1" w:lastColumn="0" w:noHBand="0" w:noVBand="1"/>
      </w:tblPr>
      <w:tblGrid>
        <w:gridCol w:w="10370"/>
      </w:tblGrid>
      <w:tr w:rsidR="008C10DE" w14:paraId="3BCE296B" w14:textId="77777777">
        <w:trPr>
          <w:trHeight w:val="272"/>
        </w:trPr>
        <w:tc>
          <w:tcPr>
            <w:tcW w:w="10370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7B026D1" w14:textId="77777777" w:rsidR="008C10DE" w:rsidRDefault="008C10DE"/>
        </w:tc>
      </w:tr>
      <w:tr w:rsidR="008C10DE" w14:paraId="00214E1A" w14:textId="77777777">
        <w:trPr>
          <w:trHeight w:val="272"/>
        </w:trPr>
        <w:tc>
          <w:tcPr>
            <w:tcW w:w="10370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F17D3B2" w14:textId="77777777" w:rsidR="008C10DE" w:rsidRDefault="008C10DE"/>
        </w:tc>
      </w:tr>
      <w:tr w:rsidR="008C10DE" w14:paraId="48643257" w14:textId="77777777">
        <w:trPr>
          <w:trHeight w:val="272"/>
        </w:trPr>
        <w:tc>
          <w:tcPr>
            <w:tcW w:w="10370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8BDE76E" w14:textId="77777777" w:rsidR="008C10DE" w:rsidRDefault="008C10DE"/>
        </w:tc>
      </w:tr>
    </w:tbl>
    <w:p w14:paraId="52F2D39C" w14:textId="77777777" w:rsidR="0068574E" w:rsidRDefault="0068574E">
      <w:pPr>
        <w:spacing w:after="20"/>
        <w:rPr>
          <w:b/>
        </w:rPr>
      </w:pPr>
    </w:p>
    <w:p w14:paraId="46EC1179" w14:textId="4954BD66" w:rsidR="008C10DE" w:rsidRDefault="00000000">
      <w:pPr>
        <w:spacing w:after="20"/>
      </w:pPr>
      <w:proofErr w:type="spellStart"/>
      <w:proofErr w:type="gramStart"/>
      <w:r>
        <w:rPr>
          <w:b/>
        </w:rPr>
        <w:t>Doelgroep</w:t>
      </w:r>
      <w:proofErr w:type="spellEnd"/>
      <w:r>
        <w:rPr>
          <w:i/>
          <w:sz w:val="16"/>
        </w:rPr>
        <w:t xml:space="preserve">  Wie</w:t>
      </w:r>
      <w:proofErr w:type="gramEnd"/>
      <w:r>
        <w:rPr>
          <w:i/>
          <w:sz w:val="16"/>
        </w:rPr>
        <w:t xml:space="preserve"> </w:t>
      </w:r>
      <w:proofErr w:type="spellStart"/>
      <w:r>
        <w:rPr>
          <w:i/>
          <w:sz w:val="16"/>
        </w:rPr>
        <w:t>zullen</w:t>
      </w:r>
      <w:proofErr w:type="spellEnd"/>
      <w:r>
        <w:rPr>
          <w:i/>
          <w:sz w:val="16"/>
        </w:rPr>
        <w:t xml:space="preserve"> direct of indirect profiteren? Vermeld bijvoorbeeld aantal personen of specifieke groepen.</w:t>
      </w:r>
    </w:p>
    <w:tbl>
      <w:tblPr>
        <w:tblW w:w="0" w:type="auto"/>
        <w:tblBorders>
          <w:top w:val="single" w:sz="4" w:space="0" w:color="C5C5C5"/>
          <w:left w:val="single" w:sz="4" w:space="0" w:color="C5C5C5"/>
          <w:bottom w:val="single" w:sz="4" w:space="0" w:color="C5C5C5"/>
          <w:right w:val="single" w:sz="4" w:space="0" w:color="C5C5C5"/>
          <w:insideH w:val="single" w:sz="4" w:space="0" w:color="C5C5C5"/>
          <w:insideV w:val="single" w:sz="4" w:space="0" w:color="C5C5C5"/>
        </w:tblBorders>
        <w:tblLook w:val="04A0" w:firstRow="1" w:lastRow="0" w:firstColumn="1" w:lastColumn="0" w:noHBand="0" w:noVBand="1"/>
      </w:tblPr>
      <w:tblGrid>
        <w:gridCol w:w="10370"/>
      </w:tblGrid>
      <w:tr w:rsidR="008C10DE" w14:paraId="703FFD7D" w14:textId="77777777">
        <w:trPr>
          <w:trHeight w:val="272"/>
        </w:trPr>
        <w:tc>
          <w:tcPr>
            <w:tcW w:w="10370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EBE93FB" w14:textId="77777777" w:rsidR="008C10DE" w:rsidRDefault="008C10DE"/>
        </w:tc>
      </w:tr>
      <w:tr w:rsidR="008C10DE" w14:paraId="4EE6E79C" w14:textId="77777777">
        <w:trPr>
          <w:trHeight w:val="272"/>
        </w:trPr>
        <w:tc>
          <w:tcPr>
            <w:tcW w:w="10370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1ECA79C" w14:textId="77777777" w:rsidR="008C10DE" w:rsidRDefault="008C10DE"/>
        </w:tc>
      </w:tr>
    </w:tbl>
    <w:p w14:paraId="0B5020A5" w14:textId="04BF1BE6" w:rsidR="008C10DE" w:rsidRDefault="00000000">
      <w:pPr>
        <w:spacing w:before="180"/>
      </w:pPr>
      <w:r>
        <w:rPr>
          <w:b/>
          <w:sz w:val="22"/>
        </w:rPr>
        <w:lastRenderedPageBreak/>
        <w:t>4</w:t>
      </w:r>
      <w:r w:rsidR="0068574E">
        <w:rPr>
          <w:b/>
          <w:sz w:val="22"/>
        </w:rPr>
        <w:t>.</w:t>
      </w:r>
      <w:r>
        <w:rPr>
          <w:b/>
          <w:sz w:val="22"/>
        </w:rPr>
        <w:t xml:space="preserve">  FINANCIËN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85"/>
        <w:gridCol w:w="5185"/>
      </w:tblGrid>
      <w:tr w:rsidR="008C10DE" w14:paraId="64A4F1FA" w14:textId="77777777">
        <w:tc>
          <w:tcPr>
            <w:tcW w:w="5185" w:type="dxa"/>
            <w:tcMar>
              <w:top w:w="40" w:type="dxa"/>
              <w:left w:w="0" w:type="dxa"/>
              <w:bottom w:w="80" w:type="dxa"/>
              <w:right w:w="80" w:type="dxa"/>
            </w:tcMar>
          </w:tcPr>
          <w:p w14:paraId="1C010CAC" w14:textId="77777777" w:rsidR="008C10DE" w:rsidRDefault="00000000">
            <w:r>
              <w:rPr>
                <w:b/>
              </w:rPr>
              <w:t>Totale kosten van het project:  €</w:t>
            </w:r>
          </w:p>
        </w:tc>
        <w:tc>
          <w:tcPr>
            <w:tcW w:w="5185" w:type="dxa"/>
            <w:tcBorders>
              <w:bottom w:val="single" w:sz="6" w:space="0" w:color="A6A6A6"/>
            </w:tcBorders>
            <w:tcMar>
              <w:top w:w="40" w:type="dxa"/>
              <w:left w:w="0" w:type="dxa"/>
              <w:bottom w:w="80" w:type="dxa"/>
              <w:right w:w="80" w:type="dxa"/>
            </w:tcMar>
          </w:tcPr>
          <w:p w14:paraId="6F4FD4D5" w14:textId="77777777" w:rsidR="008C10DE" w:rsidRDefault="00000000">
            <w:r>
              <w:t xml:space="preserve"> </w:t>
            </w:r>
          </w:p>
        </w:tc>
      </w:tr>
      <w:tr w:rsidR="008C10DE" w14:paraId="7431C1E3" w14:textId="77777777">
        <w:tc>
          <w:tcPr>
            <w:tcW w:w="5185" w:type="dxa"/>
            <w:tcMar>
              <w:top w:w="40" w:type="dxa"/>
              <w:left w:w="0" w:type="dxa"/>
              <w:bottom w:w="80" w:type="dxa"/>
              <w:right w:w="80" w:type="dxa"/>
            </w:tcMar>
          </w:tcPr>
          <w:p w14:paraId="26E3F4BD" w14:textId="77777777" w:rsidR="008C10DE" w:rsidRDefault="00000000">
            <w:r>
              <w:rPr>
                <w:b/>
              </w:rPr>
              <w:t>Gevraagde bijdrage Rotary Club Texel:  €</w:t>
            </w:r>
          </w:p>
        </w:tc>
        <w:tc>
          <w:tcPr>
            <w:tcW w:w="5185" w:type="dxa"/>
            <w:tcBorders>
              <w:bottom w:val="single" w:sz="6" w:space="0" w:color="A6A6A6"/>
            </w:tcBorders>
            <w:tcMar>
              <w:top w:w="40" w:type="dxa"/>
              <w:left w:w="0" w:type="dxa"/>
              <w:bottom w:w="80" w:type="dxa"/>
              <w:right w:w="80" w:type="dxa"/>
            </w:tcMar>
          </w:tcPr>
          <w:p w14:paraId="1230C63D" w14:textId="77777777" w:rsidR="008C10DE" w:rsidRDefault="00000000">
            <w:r>
              <w:t xml:space="preserve"> </w:t>
            </w:r>
          </w:p>
        </w:tc>
      </w:tr>
    </w:tbl>
    <w:p w14:paraId="33E8165B" w14:textId="77777777" w:rsidR="008C10DE" w:rsidRDefault="00000000">
      <w:pPr>
        <w:spacing w:after="20"/>
      </w:pPr>
      <w:r>
        <w:rPr>
          <w:b/>
        </w:rPr>
        <w:t>Overzicht van de kosten</w:t>
      </w:r>
      <w:r>
        <w:rPr>
          <w:i/>
          <w:sz w:val="16"/>
        </w:rPr>
        <w:t xml:space="preserve">  Vermeld een gedetailleerd overzicht, bijvoorbeeld personeel, materialen, marketing, etc.</w:t>
      </w:r>
    </w:p>
    <w:tbl>
      <w:tblPr>
        <w:tblW w:w="0" w:type="auto"/>
        <w:tblBorders>
          <w:top w:val="single" w:sz="4" w:space="0" w:color="C5C5C5"/>
          <w:left w:val="single" w:sz="4" w:space="0" w:color="C5C5C5"/>
          <w:bottom w:val="single" w:sz="4" w:space="0" w:color="C5C5C5"/>
          <w:right w:val="single" w:sz="4" w:space="0" w:color="C5C5C5"/>
          <w:insideH w:val="single" w:sz="4" w:space="0" w:color="C5C5C5"/>
          <w:insideV w:val="single" w:sz="4" w:space="0" w:color="C5C5C5"/>
        </w:tblBorders>
        <w:tblLook w:val="04A0" w:firstRow="1" w:lastRow="0" w:firstColumn="1" w:lastColumn="0" w:noHBand="0" w:noVBand="1"/>
      </w:tblPr>
      <w:tblGrid>
        <w:gridCol w:w="10370"/>
      </w:tblGrid>
      <w:tr w:rsidR="008C10DE" w14:paraId="61FEC5A5" w14:textId="77777777">
        <w:trPr>
          <w:trHeight w:val="272"/>
        </w:trPr>
        <w:tc>
          <w:tcPr>
            <w:tcW w:w="10370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9AE6252" w14:textId="77777777" w:rsidR="008C10DE" w:rsidRDefault="008C10DE"/>
        </w:tc>
      </w:tr>
      <w:tr w:rsidR="008C10DE" w14:paraId="10648F97" w14:textId="77777777">
        <w:trPr>
          <w:trHeight w:val="272"/>
        </w:trPr>
        <w:tc>
          <w:tcPr>
            <w:tcW w:w="10370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5F12D53" w14:textId="77777777" w:rsidR="008C10DE" w:rsidRDefault="008C10DE"/>
        </w:tc>
      </w:tr>
      <w:tr w:rsidR="008C10DE" w14:paraId="0172EAA0" w14:textId="77777777">
        <w:trPr>
          <w:trHeight w:val="272"/>
        </w:trPr>
        <w:tc>
          <w:tcPr>
            <w:tcW w:w="10370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CE53D70" w14:textId="77777777" w:rsidR="008C10DE" w:rsidRDefault="008C10DE"/>
        </w:tc>
      </w:tr>
    </w:tbl>
    <w:p w14:paraId="309FB632" w14:textId="77777777" w:rsidR="008C10DE" w:rsidRDefault="00000000">
      <w:pPr>
        <w:spacing w:after="20"/>
      </w:pPr>
      <w:r>
        <w:rPr>
          <w:b/>
        </w:rPr>
        <w:t>Andere financieringsbronnen</w:t>
      </w:r>
      <w:r>
        <w:rPr>
          <w:i/>
          <w:sz w:val="16"/>
        </w:rPr>
        <w:t xml:space="preserve">  Vermeld andere organisaties/fondsen en de bedragen die zij bijdragen.</w:t>
      </w:r>
    </w:p>
    <w:tbl>
      <w:tblPr>
        <w:tblW w:w="0" w:type="auto"/>
        <w:tblBorders>
          <w:top w:val="single" w:sz="4" w:space="0" w:color="C5C5C5"/>
          <w:left w:val="single" w:sz="4" w:space="0" w:color="C5C5C5"/>
          <w:bottom w:val="single" w:sz="4" w:space="0" w:color="C5C5C5"/>
          <w:right w:val="single" w:sz="4" w:space="0" w:color="C5C5C5"/>
          <w:insideH w:val="single" w:sz="4" w:space="0" w:color="C5C5C5"/>
          <w:insideV w:val="single" w:sz="4" w:space="0" w:color="C5C5C5"/>
        </w:tblBorders>
        <w:tblLook w:val="04A0" w:firstRow="1" w:lastRow="0" w:firstColumn="1" w:lastColumn="0" w:noHBand="0" w:noVBand="1"/>
      </w:tblPr>
      <w:tblGrid>
        <w:gridCol w:w="10370"/>
      </w:tblGrid>
      <w:tr w:rsidR="008C10DE" w14:paraId="55F490AB" w14:textId="77777777">
        <w:trPr>
          <w:trHeight w:val="272"/>
        </w:trPr>
        <w:tc>
          <w:tcPr>
            <w:tcW w:w="10370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A1D6D3C" w14:textId="77777777" w:rsidR="008C10DE" w:rsidRDefault="008C10DE"/>
        </w:tc>
      </w:tr>
      <w:tr w:rsidR="008C10DE" w14:paraId="292077EC" w14:textId="77777777">
        <w:trPr>
          <w:trHeight w:val="272"/>
        </w:trPr>
        <w:tc>
          <w:tcPr>
            <w:tcW w:w="10370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25EC7B7" w14:textId="77777777" w:rsidR="008C10DE" w:rsidRDefault="008C10DE"/>
        </w:tc>
      </w:tr>
    </w:tbl>
    <w:p w14:paraId="5DA5544D" w14:textId="2DDCA553" w:rsidR="008C10DE" w:rsidRDefault="00000000">
      <w:pPr>
        <w:spacing w:before="180"/>
      </w:pPr>
      <w:r>
        <w:rPr>
          <w:b/>
          <w:sz w:val="22"/>
        </w:rPr>
        <w:t>5</w:t>
      </w:r>
      <w:proofErr w:type="gramStart"/>
      <w:r w:rsidR="0068574E">
        <w:rPr>
          <w:b/>
          <w:sz w:val="22"/>
        </w:rPr>
        <w:t>.</w:t>
      </w:r>
      <w:r>
        <w:rPr>
          <w:b/>
          <w:sz w:val="22"/>
        </w:rPr>
        <w:t xml:space="preserve">  VERWACHTE</w:t>
      </w:r>
      <w:proofErr w:type="gramEnd"/>
      <w:r>
        <w:rPr>
          <w:b/>
          <w:sz w:val="22"/>
        </w:rPr>
        <w:t xml:space="preserve"> IMPACT EN DUURZAAMHEID</w:t>
      </w:r>
    </w:p>
    <w:p w14:paraId="2A9FF753" w14:textId="77777777" w:rsidR="008C10DE" w:rsidRDefault="00000000">
      <w:pPr>
        <w:spacing w:after="20"/>
      </w:pPr>
      <w:r>
        <w:rPr>
          <w:b/>
        </w:rPr>
        <w:t>Impact op de gemeenschap</w:t>
      </w:r>
      <w:r>
        <w:rPr>
          <w:i/>
          <w:sz w:val="16"/>
        </w:rPr>
        <w:t xml:space="preserve">  Beschrijf hoe de gemeenschap profiteert en wat het verwachte langetermijneffect is.</w:t>
      </w:r>
    </w:p>
    <w:tbl>
      <w:tblPr>
        <w:tblW w:w="0" w:type="auto"/>
        <w:tblBorders>
          <w:top w:val="single" w:sz="4" w:space="0" w:color="C5C5C5"/>
          <w:left w:val="single" w:sz="4" w:space="0" w:color="C5C5C5"/>
          <w:bottom w:val="single" w:sz="4" w:space="0" w:color="C5C5C5"/>
          <w:right w:val="single" w:sz="4" w:space="0" w:color="C5C5C5"/>
          <w:insideH w:val="single" w:sz="4" w:space="0" w:color="C5C5C5"/>
          <w:insideV w:val="single" w:sz="4" w:space="0" w:color="C5C5C5"/>
        </w:tblBorders>
        <w:tblLook w:val="04A0" w:firstRow="1" w:lastRow="0" w:firstColumn="1" w:lastColumn="0" w:noHBand="0" w:noVBand="1"/>
      </w:tblPr>
      <w:tblGrid>
        <w:gridCol w:w="10370"/>
      </w:tblGrid>
      <w:tr w:rsidR="008C10DE" w14:paraId="0AA5BE8F" w14:textId="77777777">
        <w:trPr>
          <w:trHeight w:val="272"/>
        </w:trPr>
        <w:tc>
          <w:tcPr>
            <w:tcW w:w="10370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5DFED76" w14:textId="77777777" w:rsidR="008C10DE" w:rsidRDefault="008C10DE"/>
        </w:tc>
      </w:tr>
      <w:tr w:rsidR="008C10DE" w14:paraId="013364E6" w14:textId="77777777">
        <w:trPr>
          <w:trHeight w:val="272"/>
        </w:trPr>
        <w:tc>
          <w:tcPr>
            <w:tcW w:w="10370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38C1CA3" w14:textId="77777777" w:rsidR="008C10DE" w:rsidRDefault="008C10DE"/>
        </w:tc>
      </w:tr>
      <w:tr w:rsidR="008C10DE" w14:paraId="76A10B87" w14:textId="77777777">
        <w:trPr>
          <w:trHeight w:val="272"/>
        </w:trPr>
        <w:tc>
          <w:tcPr>
            <w:tcW w:w="10370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BB26A34" w14:textId="77777777" w:rsidR="008C10DE" w:rsidRDefault="008C10DE"/>
        </w:tc>
      </w:tr>
    </w:tbl>
    <w:p w14:paraId="1B44400E" w14:textId="77777777" w:rsidR="008C10DE" w:rsidRDefault="00000000">
      <w:pPr>
        <w:spacing w:after="20"/>
      </w:pPr>
      <w:r>
        <w:rPr>
          <w:b/>
        </w:rPr>
        <w:t>Duurzaamheid</w:t>
      </w:r>
      <w:r>
        <w:rPr>
          <w:i/>
          <w:sz w:val="16"/>
        </w:rPr>
        <w:t xml:space="preserve">  Hoe borgt u dat het project op lange termijn kan worden voortgezet zonder verdere bijdragen?</w:t>
      </w:r>
    </w:p>
    <w:tbl>
      <w:tblPr>
        <w:tblW w:w="0" w:type="auto"/>
        <w:tblBorders>
          <w:top w:val="single" w:sz="4" w:space="0" w:color="C5C5C5"/>
          <w:left w:val="single" w:sz="4" w:space="0" w:color="C5C5C5"/>
          <w:bottom w:val="single" w:sz="4" w:space="0" w:color="C5C5C5"/>
          <w:right w:val="single" w:sz="4" w:space="0" w:color="C5C5C5"/>
          <w:insideH w:val="single" w:sz="4" w:space="0" w:color="C5C5C5"/>
          <w:insideV w:val="single" w:sz="4" w:space="0" w:color="C5C5C5"/>
        </w:tblBorders>
        <w:tblLook w:val="04A0" w:firstRow="1" w:lastRow="0" w:firstColumn="1" w:lastColumn="0" w:noHBand="0" w:noVBand="1"/>
      </w:tblPr>
      <w:tblGrid>
        <w:gridCol w:w="10370"/>
      </w:tblGrid>
      <w:tr w:rsidR="008C10DE" w14:paraId="2FBD29AC" w14:textId="77777777">
        <w:trPr>
          <w:trHeight w:val="272"/>
        </w:trPr>
        <w:tc>
          <w:tcPr>
            <w:tcW w:w="10370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45A1AA6" w14:textId="77777777" w:rsidR="008C10DE" w:rsidRDefault="008C10DE"/>
        </w:tc>
      </w:tr>
      <w:tr w:rsidR="008C10DE" w14:paraId="6C7AE088" w14:textId="77777777">
        <w:trPr>
          <w:trHeight w:val="272"/>
        </w:trPr>
        <w:tc>
          <w:tcPr>
            <w:tcW w:w="10370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6F47D63" w14:textId="77777777" w:rsidR="008C10DE" w:rsidRDefault="008C10DE"/>
        </w:tc>
      </w:tr>
      <w:tr w:rsidR="008C10DE" w14:paraId="6AEC78CD" w14:textId="77777777">
        <w:trPr>
          <w:trHeight w:val="272"/>
        </w:trPr>
        <w:tc>
          <w:tcPr>
            <w:tcW w:w="10370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104A9A2" w14:textId="77777777" w:rsidR="008C10DE" w:rsidRDefault="008C10DE"/>
        </w:tc>
      </w:tr>
    </w:tbl>
    <w:p w14:paraId="0CE33F38" w14:textId="77777777" w:rsidR="008C10DE" w:rsidRDefault="00000000">
      <w:pPr>
        <w:spacing w:after="20"/>
      </w:pPr>
      <w:r>
        <w:rPr>
          <w:b/>
        </w:rPr>
        <w:t>Ethische of milieuaspecten</w:t>
      </w:r>
      <w:r>
        <w:rPr>
          <w:i/>
          <w:sz w:val="16"/>
        </w:rPr>
        <w:t xml:space="preserve">  Bijvoorbeeld duurzame materialen, eerlijke handel of bescherming van kwetsbare groepen.</w:t>
      </w:r>
    </w:p>
    <w:tbl>
      <w:tblPr>
        <w:tblW w:w="0" w:type="auto"/>
        <w:tblBorders>
          <w:top w:val="single" w:sz="4" w:space="0" w:color="C5C5C5"/>
          <w:left w:val="single" w:sz="4" w:space="0" w:color="C5C5C5"/>
          <w:bottom w:val="single" w:sz="4" w:space="0" w:color="C5C5C5"/>
          <w:right w:val="single" w:sz="4" w:space="0" w:color="C5C5C5"/>
          <w:insideH w:val="single" w:sz="4" w:space="0" w:color="C5C5C5"/>
          <w:insideV w:val="single" w:sz="4" w:space="0" w:color="C5C5C5"/>
        </w:tblBorders>
        <w:tblLook w:val="04A0" w:firstRow="1" w:lastRow="0" w:firstColumn="1" w:lastColumn="0" w:noHBand="0" w:noVBand="1"/>
      </w:tblPr>
      <w:tblGrid>
        <w:gridCol w:w="10370"/>
      </w:tblGrid>
      <w:tr w:rsidR="008C10DE" w14:paraId="7AE0FCEB" w14:textId="77777777">
        <w:trPr>
          <w:trHeight w:val="272"/>
        </w:trPr>
        <w:tc>
          <w:tcPr>
            <w:tcW w:w="10370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4FD0CCE" w14:textId="77777777" w:rsidR="008C10DE" w:rsidRDefault="008C10DE"/>
        </w:tc>
      </w:tr>
      <w:tr w:rsidR="008C10DE" w14:paraId="3DB36271" w14:textId="77777777">
        <w:trPr>
          <w:trHeight w:val="272"/>
        </w:trPr>
        <w:tc>
          <w:tcPr>
            <w:tcW w:w="10370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453CB85" w14:textId="77777777" w:rsidR="008C10DE" w:rsidRDefault="008C10DE"/>
        </w:tc>
      </w:tr>
    </w:tbl>
    <w:p w14:paraId="25D45A93" w14:textId="61328801" w:rsidR="008C10DE" w:rsidRDefault="00000000">
      <w:pPr>
        <w:spacing w:before="180"/>
      </w:pPr>
      <w:r>
        <w:rPr>
          <w:b/>
          <w:sz w:val="22"/>
        </w:rPr>
        <w:t>6</w:t>
      </w:r>
      <w:r w:rsidR="0068574E">
        <w:rPr>
          <w:b/>
          <w:sz w:val="22"/>
        </w:rPr>
        <w:t>.</w:t>
      </w:r>
      <w:r>
        <w:rPr>
          <w:b/>
          <w:sz w:val="22"/>
        </w:rPr>
        <w:t xml:space="preserve"> VERANTWOORDING</w:t>
      </w:r>
    </w:p>
    <w:p w14:paraId="5EA384DB" w14:textId="77777777" w:rsidR="008C10DE" w:rsidRDefault="00000000">
      <w:pPr>
        <w:spacing w:after="20"/>
      </w:pPr>
      <w:r>
        <w:rPr>
          <w:b/>
        </w:rPr>
        <w:t>Rapportage</w:t>
      </w:r>
      <w:r>
        <w:rPr>
          <w:i/>
          <w:sz w:val="16"/>
        </w:rPr>
        <w:t xml:space="preserve">  Hoe rapporteert u de voortgang en resultaten aan Rotary? Bijvoorbeeld via rapportages of presentaties.</w:t>
      </w:r>
    </w:p>
    <w:tbl>
      <w:tblPr>
        <w:tblW w:w="0" w:type="auto"/>
        <w:tblBorders>
          <w:top w:val="single" w:sz="4" w:space="0" w:color="C5C5C5"/>
          <w:left w:val="single" w:sz="4" w:space="0" w:color="C5C5C5"/>
          <w:bottom w:val="single" w:sz="4" w:space="0" w:color="C5C5C5"/>
          <w:right w:val="single" w:sz="4" w:space="0" w:color="C5C5C5"/>
          <w:insideH w:val="single" w:sz="4" w:space="0" w:color="C5C5C5"/>
          <w:insideV w:val="single" w:sz="4" w:space="0" w:color="C5C5C5"/>
        </w:tblBorders>
        <w:tblLook w:val="04A0" w:firstRow="1" w:lastRow="0" w:firstColumn="1" w:lastColumn="0" w:noHBand="0" w:noVBand="1"/>
      </w:tblPr>
      <w:tblGrid>
        <w:gridCol w:w="10370"/>
      </w:tblGrid>
      <w:tr w:rsidR="008C10DE" w14:paraId="446A838C" w14:textId="77777777">
        <w:trPr>
          <w:trHeight w:val="272"/>
        </w:trPr>
        <w:tc>
          <w:tcPr>
            <w:tcW w:w="10370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22C9C07" w14:textId="77777777" w:rsidR="008C10DE" w:rsidRDefault="008C10DE"/>
        </w:tc>
      </w:tr>
      <w:tr w:rsidR="008C10DE" w14:paraId="123BEF79" w14:textId="77777777">
        <w:trPr>
          <w:trHeight w:val="272"/>
        </w:trPr>
        <w:tc>
          <w:tcPr>
            <w:tcW w:w="10370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54564E1" w14:textId="77777777" w:rsidR="008C10DE" w:rsidRDefault="008C10DE"/>
        </w:tc>
      </w:tr>
      <w:tr w:rsidR="008C10DE" w14:paraId="6914ABA4" w14:textId="77777777">
        <w:trPr>
          <w:trHeight w:val="272"/>
        </w:trPr>
        <w:tc>
          <w:tcPr>
            <w:tcW w:w="10370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05E9F5E" w14:textId="77777777" w:rsidR="008C10DE" w:rsidRDefault="008C10DE"/>
        </w:tc>
      </w:tr>
    </w:tbl>
    <w:p w14:paraId="5909B241" w14:textId="6A9883DA" w:rsidR="008C10DE" w:rsidRDefault="00000000">
      <w:pPr>
        <w:spacing w:before="180"/>
      </w:pPr>
      <w:r>
        <w:rPr>
          <w:b/>
          <w:sz w:val="22"/>
        </w:rPr>
        <w:t>7</w:t>
      </w:r>
      <w:proofErr w:type="gramStart"/>
      <w:r w:rsidR="0068574E">
        <w:rPr>
          <w:b/>
          <w:sz w:val="22"/>
        </w:rPr>
        <w:t>.</w:t>
      </w:r>
      <w:r>
        <w:rPr>
          <w:b/>
          <w:sz w:val="22"/>
        </w:rPr>
        <w:t xml:space="preserve">  ONDERTEKENING</w:t>
      </w:r>
      <w:proofErr w:type="gramEnd"/>
    </w:p>
    <w:p w14:paraId="4629DBA7" w14:textId="4F06C3DF" w:rsidR="0068574E" w:rsidRPr="0068574E" w:rsidRDefault="00000000" w:rsidP="0068574E">
      <w:r>
        <w:rPr>
          <w:sz w:val="17"/>
        </w:rPr>
        <w:t xml:space="preserve">Door ondertekening bevestigt u dat de verstrekte informatie correct is en dat u bereid bent de voortgang en resultaten van het project aan Rotary Club Texel </w:t>
      </w:r>
      <w:proofErr w:type="spellStart"/>
      <w:r>
        <w:rPr>
          <w:sz w:val="17"/>
        </w:rPr>
        <w:t>te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rapporteren</w:t>
      </w:r>
      <w:proofErr w:type="spellEnd"/>
      <w:r>
        <w:rPr>
          <w:sz w:val="17"/>
        </w:rPr>
        <w:t>.</w:t>
      </w:r>
      <w:r w:rsidR="00CD3AA1">
        <w:rPr>
          <w:sz w:val="17"/>
        </w:rPr>
        <w:t xml:space="preserve"> Mail </w:t>
      </w:r>
      <w:proofErr w:type="spellStart"/>
      <w:r w:rsidR="00CD3AA1">
        <w:rPr>
          <w:sz w:val="17"/>
        </w:rPr>
        <w:t>dit</w:t>
      </w:r>
      <w:proofErr w:type="spellEnd"/>
      <w:r w:rsidR="00CD3AA1">
        <w:rPr>
          <w:sz w:val="17"/>
        </w:rPr>
        <w:t xml:space="preserve"> </w:t>
      </w:r>
      <w:proofErr w:type="spellStart"/>
      <w:r w:rsidR="00CD3AA1">
        <w:rPr>
          <w:sz w:val="17"/>
        </w:rPr>
        <w:t>ingevulde</w:t>
      </w:r>
      <w:proofErr w:type="spellEnd"/>
      <w:r w:rsidR="00CD3AA1">
        <w:rPr>
          <w:sz w:val="17"/>
        </w:rPr>
        <w:t xml:space="preserve"> </w:t>
      </w:r>
      <w:proofErr w:type="spellStart"/>
      <w:r w:rsidR="00CD3AA1">
        <w:rPr>
          <w:sz w:val="17"/>
        </w:rPr>
        <w:t>en</w:t>
      </w:r>
      <w:proofErr w:type="spellEnd"/>
      <w:r w:rsidR="00CD3AA1">
        <w:rPr>
          <w:sz w:val="17"/>
        </w:rPr>
        <w:t xml:space="preserve"> </w:t>
      </w:r>
      <w:proofErr w:type="spellStart"/>
      <w:r w:rsidR="00CD3AA1">
        <w:rPr>
          <w:sz w:val="17"/>
        </w:rPr>
        <w:t>ondertekende</w:t>
      </w:r>
      <w:proofErr w:type="spellEnd"/>
      <w:r w:rsidR="00CD3AA1">
        <w:rPr>
          <w:sz w:val="17"/>
        </w:rPr>
        <w:t xml:space="preserve"> </w:t>
      </w:r>
      <w:proofErr w:type="spellStart"/>
      <w:r w:rsidR="00CD3AA1">
        <w:rPr>
          <w:sz w:val="17"/>
        </w:rPr>
        <w:t>formulier</w:t>
      </w:r>
      <w:proofErr w:type="spellEnd"/>
      <w:r w:rsidR="00CD3AA1">
        <w:rPr>
          <w:sz w:val="17"/>
        </w:rPr>
        <w:t xml:space="preserve"> </w:t>
      </w:r>
      <w:proofErr w:type="spellStart"/>
      <w:r w:rsidR="00CD3AA1">
        <w:rPr>
          <w:sz w:val="17"/>
        </w:rPr>
        <w:t>naar</w:t>
      </w:r>
      <w:proofErr w:type="spellEnd"/>
      <w:r w:rsidR="00CD3AA1">
        <w:rPr>
          <w:sz w:val="17"/>
        </w:rPr>
        <w:t xml:space="preserve"> secretaris@rotarytexel.nl</w:t>
      </w:r>
    </w:p>
    <w:tbl>
      <w:tblPr>
        <w:tblW w:w="0" w:type="auto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Look w:val="04A0" w:firstRow="1" w:lastRow="0" w:firstColumn="1" w:lastColumn="0" w:noHBand="0" w:noVBand="1"/>
      </w:tblPr>
      <w:tblGrid>
        <w:gridCol w:w="3457"/>
        <w:gridCol w:w="3457"/>
        <w:gridCol w:w="3457"/>
      </w:tblGrid>
      <w:tr w:rsidR="008C10DE" w14:paraId="3BC583D1" w14:textId="77777777">
        <w:tc>
          <w:tcPr>
            <w:tcW w:w="3457" w:type="dxa"/>
          </w:tcPr>
          <w:p w14:paraId="2EBAAEAC" w14:textId="77777777" w:rsidR="008C10DE" w:rsidRDefault="00000000">
            <w:r>
              <w:rPr>
                <w:b/>
              </w:rPr>
              <w:t>Naam</w:t>
            </w:r>
          </w:p>
        </w:tc>
        <w:tc>
          <w:tcPr>
            <w:tcW w:w="3457" w:type="dxa"/>
          </w:tcPr>
          <w:p w14:paraId="4ACBC816" w14:textId="77777777" w:rsidR="008C10DE" w:rsidRDefault="00000000">
            <w:r>
              <w:rPr>
                <w:b/>
              </w:rPr>
              <w:t>Datum</w:t>
            </w:r>
          </w:p>
        </w:tc>
        <w:tc>
          <w:tcPr>
            <w:tcW w:w="3457" w:type="dxa"/>
          </w:tcPr>
          <w:p w14:paraId="06C7D866" w14:textId="77777777" w:rsidR="008C10DE" w:rsidRDefault="00000000">
            <w:r>
              <w:rPr>
                <w:b/>
              </w:rPr>
              <w:t>Handtekening</w:t>
            </w:r>
          </w:p>
        </w:tc>
      </w:tr>
      <w:tr w:rsidR="008C10DE" w14:paraId="3B96C901" w14:textId="77777777">
        <w:tc>
          <w:tcPr>
            <w:tcW w:w="3457" w:type="dxa"/>
            <w:tcBorders>
              <w:bottom w:val="single" w:sz="6" w:space="0" w:color="A6A6A6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235EBCB3" w14:textId="77777777" w:rsidR="008C10DE" w:rsidRDefault="00000000">
            <w:r>
              <w:br/>
            </w:r>
            <w:r>
              <w:br/>
            </w:r>
          </w:p>
        </w:tc>
        <w:tc>
          <w:tcPr>
            <w:tcW w:w="3457" w:type="dxa"/>
            <w:tcBorders>
              <w:bottom w:val="single" w:sz="6" w:space="0" w:color="A6A6A6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0479D55B" w14:textId="77777777" w:rsidR="008C10DE" w:rsidRDefault="00000000">
            <w:r>
              <w:br/>
            </w:r>
            <w:r>
              <w:br/>
            </w:r>
          </w:p>
        </w:tc>
        <w:tc>
          <w:tcPr>
            <w:tcW w:w="3457" w:type="dxa"/>
            <w:tcBorders>
              <w:bottom w:val="single" w:sz="6" w:space="0" w:color="A6A6A6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50FAAB9F" w14:textId="77777777" w:rsidR="008C10DE" w:rsidRDefault="00000000">
            <w:r>
              <w:br/>
            </w:r>
            <w:r>
              <w:br/>
            </w:r>
          </w:p>
        </w:tc>
      </w:tr>
    </w:tbl>
    <w:p w14:paraId="22AA07D4" w14:textId="77777777" w:rsidR="00D51B5D" w:rsidRDefault="00D51B5D" w:rsidP="0068574E"/>
    <w:sectPr w:rsidR="00D51B5D" w:rsidSect="00034616">
      <w:headerReference w:type="default" r:id="rId8"/>
      <w:footerReference w:type="default" r:id="rId9"/>
      <w:pgSz w:w="12240" w:h="15840"/>
      <w:pgMar w:top="822" w:right="935" w:bottom="765" w:left="93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1EC331" w14:textId="77777777" w:rsidR="00D51B5D" w:rsidRDefault="00D51B5D">
      <w:pPr>
        <w:spacing w:after="0" w:line="240" w:lineRule="auto"/>
      </w:pPr>
      <w:r>
        <w:separator/>
      </w:r>
    </w:p>
  </w:endnote>
  <w:endnote w:type="continuationSeparator" w:id="0">
    <w:p w14:paraId="42925EC8" w14:textId="77777777" w:rsidR="00D51B5D" w:rsidRDefault="00D51B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4D00B" w14:textId="77777777" w:rsidR="008C10DE" w:rsidRDefault="00000000">
    <w:pPr>
      <w:pStyle w:val="Voettekst"/>
      <w:jc w:val="center"/>
    </w:pPr>
    <w:r>
      <w:rPr>
        <w:sz w:val="15"/>
      </w:rPr>
      <w:t xml:space="preserve">Rotary Club </w:t>
    </w:r>
    <w:proofErr w:type="gramStart"/>
    <w:r>
      <w:rPr>
        <w:sz w:val="15"/>
      </w:rPr>
      <w:t>Texel  •</w:t>
    </w:r>
    <w:proofErr w:type="gramEnd"/>
    <w:r>
      <w:rPr>
        <w:sz w:val="15"/>
      </w:rPr>
      <w:t xml:space="preserve">  </w:t>
    </w:r>
    <w:proofErr w:type="spellStart"/>
    <w:r>
      <w:rPr>
        <w:sz w:val="15"/>
      </w:rPr>
      <w:t>Aanvraag</w:t>
    </w:r>
    <w:proofErr w:type="spellEnd"/>
    <w:r>
      <w:rPr>
        <w:sz w:val="15"/>
      </w:rPr>
      <w:t xml:space="preserve"> </w:t>
    </w:r>
    <w:proofErr w:type="spellStart"/>
    <w:r>
      <w:rPr>
        <w:sz w:val="15"/>
      </w:rPr>
      <w:t>bijdrage</w:t>
    </w:r>
    <w:proofErr w:type="spellEnd"/>
    <w:r>
      <w:rPr>
        <w:sz w:val="15"/>
      </w:rPr>
      <w:t xml:space="preserve"> Community Service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87F0C8" w14:textId="77777777" w:rsidR="00D51B5D" w:rsidRDefault="00D51B5D">
      <w:pPr>
        <w:spacing w:after="0" w:line="240" w:lineRule="auto"/>
      </w:pPr>
      <w:r>
        <w:separator/>
      </w:r>
    </w:p>
  </w:footnote>
  <w:footnote w:type="continuationSeparator" w:id="0">
    <w:p w14:paraId="44B65AFB" w14:textId="77777777" w:rsidR="00D51B5D" w:rsidRDefault="00D51B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4F462" w14:textId="77777777" w:rsidR="008C10DE" w:rsidRDefault="00000000">
    <w:pPr>
      <w:pStyle w:val="Koptekst"/>
      <w:jc w:val="right"/>
    </w:pPr>
    <w:r>
      <w:rPr>
        <w:b/>
      </w:rPr>
      <w:t>ROTARY CLUB TEXEL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18028655">
    <w:abstractNumId w:val="8"/>
  </w:num>
  <w:num w:numId="2" w16cid:durableId="601959271">
    <w:abstractNumId w:val="6"/>
  </w:num>
  <w:num w:numId="3" w16cid:durableId="988944566">
    <w:abstractNumId w:val="5"/>
  </w:num>
  <w:num w:numId="4" w16cid:durableId="1885680975">
    <w:abstractNumId w:val="4"/>
  </w:num>
  <w:num w:numId="5" w16cid:durableId="2133013031">
    <w:abstractNumId w:val="7"/>
  </w:num>
  <w:num w:numId="6" w16cid:durableId="304899173">
    <w:abstractNumId w:val="3"/>
  </w:num>
  <w:num w:numId="7" w16cid:durableId="1877966258">
    <w:abstractNumId w:val="2"/>
  </w:num>
  <w:num w:numId="8" w16cid:durableId="1666470242">
    <w:abstractNumId w:val="1"/>
  </w:num>
  <w:num w:numId="9" w16cid:durableId="9643150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68574E"/>
    <w:rsid w:val="008C10DE"/>
    <w:rsid w:val="00AA1D8D"/>
    <w:rsid w:val="00B47730"/>
    <w:rsid w:val="00CB0664"/>
    <w:rsid w:val="00CD3AA1"/>
    <w:rsid w:val="00D51B5D"/>
    <w:rsid w:val="00DB429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D87D04"/>
  <w14:defaultImageDpi w14:val="300"/>
  <w15:docId w15:val="{5286CE09-A3BD-4C58-89AC-F7123DC92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  <w:pPr>
      <w:spacing w:after="80"/>
    </w:pPr>
    <w:rPr>
      <w:rFonts w:ascii="Aptos" w:hAnsi="Aptos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276</Words>
  <Characters>1729</Characters>
  <Application>Microsoft Office Word</Application>
  <DocSecurity>0</DocSecurity>
  <Lines>96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Louise van der Sluis</cp:lastModifiedBy>
  <cp:revision>3</cp:revision>
  <cp:lastPrinted>2026-09-07T19:27:00Z</cp:lastPrinted>
  <dcterms:created xsi:type="dcterms:W3CDTF">2013-12-23T23:15:00Z</dcterms:created>
  <dcterms:modified xsi:type="dcterms:W3CDTF">2026-09-07T19:46:00Z</dcterms:modified>
  <cp:category/>
</cp:coreProperties>
</file>